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lang w:val="pl-PL"/>
        </w:rPr>
      </w:pPr>
      <w:r>
        <w:rPr>
          <w:b/>
          <w:sz w:val="40"/>
          <w:lang w:val="pl-PL"/>
        </w:rPr>
        <w:br/>
        <w:br/>
        <w:t>PRZEDSZKOLE NR 63 W GDAŃSKU</w:t>
      </w:r>
    </w:p>
    <w:p>
      <w:pPr>
        <w:pStyle w:val="Normal"/>
        <w:jc w:val="center"/>
        <w:rPr>
          <w:lang w:val="pl-PL"/>
        </w:rPr>
      </w:pPr>
      <w:r>
        <w:rPr>
          <w:sz w:val="24"/>
          <w:lang w:val="pl-PL"/>
        </w:rPr>
        <w:t>ul. Pilotów 15, 80-460 Gdańsk</w:t>
        <w:br/>
      </w:r>
      <w:r>
        <w:rPr>
          <w:b/>
          <w:sz w:val="30"/>
          <w:lang w:val="pl-PL"/>
        </w:rPr>
        <w:br/>
        <w:t>PAKIET DOKUMENTÓW DLA RODZICÓW / OPIEKUNÓW PRAWNYCH</w:t>
        <w:br/>
      </w:r>
      <w:r>
        <w:rPr>
          <w:b/>
          <w:lang w:val="pl-PL"/>
        </w:rPr>
        <w:br/>
        <w:t>ROK SZKOLNY 2026/2027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Pakiet obejmuje dokumenty organizacyjne, bezpieczeństwa oraz dobrowolne oświadczenia i zgody.</w:t>
      </w:r>
    </w:p>
    <w:p>
      <w:pPr>
        <w:pStyle w:val="Normal"/>
        <w:jc w:val="center"/>
        <w:rPr>
          <w:lang w:val="pl-PL"/>
        </w:rPr>
      </w:pPr>
      <w:r>
        <w:rPr>
          <w:lang w:val="pl-PL"/>
        </w:rPr>
        <w:br/>
        <w:t xml:space="preserve">Uwaga: dokumenty dotyczące danych osobowych, zdrowia, wizerunku i odbioru dziecka powinny zostać przed wdrożeniem sprawdzone przez administratora danych / IOD oraz zestawione ze </w:t>
      </w:r>
      <w:r>
        <w:rPr>
          <w:lang w:val="pl-PL"/>
        </w:rPr>
        <w:t>S</w:t>
      </w:r>
      <w:r>
        <w:rPr>
          <w:lang w:val="pl-PL"/>
        </w:rPr>
        <w:t xml:space="preserve">tatutem </w:t>
        <w:br/>
        <w:t>i procedurami obowiązującymi w przedszkolu.</w:t>
      </w:r>
    </w:p>
    <w:p>
      <w:pPr>
        <w:pStyle w:val="Normal"/>
        <w:rPr>
          <w:lang w:val="pl-PL"/>
        </w:rPr>
      </w:pPr>
      <w:r>
        <w:rPr>
          <w:lang w:val="pl-PL"/>
        </w:rPr>
      </w:r>
      <w:r>
        <w:br w:type="page"/>
      </w:r>
    </w:p>
    <w:p>
      <w:pPr>
        <w:pStyle w:val="Normal"/>
        <w:spacing w:before="0" w:after="200"/>
        <w:jc w:val="center"/>
        <w:rPr>
          <w:lang w:val="pl-PL"/>
        </w:rPr>
      </w:pPr>
      <w:r>
        <w:rPr>
          <w:b/>
          <w:sz w:val="26"/>
          <w:lang w:val="pl-PL"/>
        </w:rPr>
        <w:t>PRZEDSZKOLE NR 63 W GDAŃSKU</w:t>
      </w:r>
      <w:r>
        <w:rPr>
          <w:lang w:val="pl-PL"/>
        </w:rPr>
        <w:br/>
        <w:t>ul. Pilotów 15, 80-460 Gdańsk</w:t>
      </w:r>
    </w:p>
    <w:p>
      <w:pPr>
        <w:pStyle w:val="Normal"/>
        <w:jc w:val="center"/>
        <w:rPr>
          <w:lang w:val="pl-PL"/>
        </w:rPr>
      </w:pPr>
      <w:r>
        <w:rPr>
          <w:b/>
          <w:sz w:val="32"/>
          <w:lang w:val="pl-PL"/>
        </w:rPr>
        <w:t>1. KARTA DANYCH DZIECKA I RODZICÓW / OPIEKUNÓW PRAWNYCH</w:t>
      </w:r>
    </w:p>
    <w:p>
      <w:pPr>
        <w:pStyle w:val="Normal"/>
        <w:spacing w:before="0" w:after="80"/>
        <w:rPr>
          <w:lang w:val="pl-PL"/>
        </w:rPr>
      </w:pPr>
      <w:r>
        <w:rPr>
          <w:b/>
          <w:lang w:val="pl-PL"/>
        </w:rPr>
        <w:t>Imię i nazwisko dziecka:</w:t>
      </w:r>
      <w:r>
        <w:rPr>
          <w:lang w:val="pl-PL"/>
        </w:rPr>
        <w:t xml:space="preserve"> ___________________________________________________________________________</w:t>
      </w:r>
    </w:p>
    <w:p>
      <w:pPr>
        <w:pStyle w:val="Normal"/>
        <w:spacing w:before="0" w:after="80"/>
        <w:rPr>
          <w:lang w:val="pl-PL"/>
        </w:rPr>
      </w:pPr>
      <w:r>
        <w:rPr>
          <w:b/>
          <w:lang w:val="pl-PL"/>
        </w:rPr>
        <w:t>Data i miejsce urodzenia:</w:t>
      </w:r>
      <w:r>
        <w:rPr>
          <w:lang w:val="pl-PL"/>
        </w:rPr>
        <w:t xml:space="preserve"> ___________________________________________________________________________</w:t>
      </w:r>
    </w:p>
    <w:p>
      <w:pPr>
        <w:pStyle w:val="Normal"/>
        <w:spacing w:before="0" w:after="80"/>
        <w:rPr>
          <w:lang w:val="pl-PL"/>
        </w:rPr>
      </w:pPr>
      <w:r>
        <w:rPr>
          <w:b/>
          <w:lang w:val="pl-PL"/>
        </w:rPr>
        <w:t>PESEL dziecka:</w:t>
      </w:r>
      <w:r>
        <w:rPr>
          <w:lang w:val="pl-PL"/>
        </w:rPr>
        <w:t xml:space="preserve"> ___________________________________________________________________________</w:t>
      </w:r>
    </w:p>
    <w:p>
      <w:pPr>
        <w:pStyle w:val="Normal"/>
        <w:spacing w:before="0" w:after="80"/>
        <w:rPr>
          <w:lang w:val="pl-PL"/>
        </w:rPr>
      </w:pPr>
      <w:r>
        <w:rPr>
          <w:b/>
          <w:lang w:val="pl-PL"/>
        </w:rPr>
        <w:t>Adres zamieszkania dziecka:</w:t>
      </w:r>
      <w:r>
        <w:rPr>
          <w:lang w:val="pl-PL"/>
        </w:rPr>
        <w:t xml:space="preserve"> ___________________________________________________________________________</w:t>
      </w:r>
    </w:p>
    <w:p>
      <w:pPr>
        <w:pStyle w:val="Normal"/>
        <w:spacing w:before="0" w:after="80"/>
        <w:rPr>
          <w:lang w:val="pl-PL"/>
        </w:rPr>
      </w:pPr>
      <w:r>
        <w:rPr>
          <w:b/>
          <w:lang w:val="pl-PL"/>
        </w:rPr>
        <w:t>Grupa:</w:t>
      </w:r>
      <w:r>
        <w:rPr>
          <w:lang w:val="pl-PL"/>
        </w:rPr>
        <w:t xml:space="preserve"> ___________________________________________________________________________</w:t>
      </w:r>
    </w:p>
    <w:p>
      <w:pPr>
        <w:pStyle w:val="Normal"/>
        <w:rPr>
          <w:lang w:val="pl-PL"/>
        </w:rPr>
      </w:pPr>
      <w:r>
        <w:rPr>
          <w:b/>
          <w:lang w:val="pl-PL"/>
        </w:rPr>
        <w:br/>
        <w:t>RODZICE / OPIEKUNOWIE PRAWNI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1. Imię i nazwisko: _________________________________________________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t xml:space="preserve">    </w:t>
      </w:r>
      <w:r>
        <w:rPr>
          <w:lang w:val="pl-PL"/>
        </w:rPr>
        <w:t>Telefon: _____________________   e-mail: ______________________________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2. Imię i nazwisko: _________________________________________________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t xml:space="preserve">    </w:t>
      </w:r>
      <w:r>
        <w:rPr>
          <w:lang w:val="pl-PL"/>
        </w:rPr>
        <w:t>Telefon: _____________________   e-mail: ______________________________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DODATKOWY KONTAKT W SYTUACJI NAGŁEJ</w:t>
      </w:r>
    </w:p>
    <w:p>
      <w:pPr>
        <w:pStyle w:val="Normal"/>
        <w:spacing w:before="0" w:after="80"/>
        <w:rPr>
          <w:lang w:val="pl-PL"/>
        </w:rPr>
      </w:pPr>
      <w:r>
        <w:rPr>
          <w:b/>
          <w:lang w:val="pl-PL"/>
        </w:rPr>
        <w:t>Imię i nazwisko:</w:t>
      </w:r>
      <w:r>
        <w:rPr>
          <w:lang w:val="pl-PL"/>
        </w:rPr>
        <w:t xml:space="preserve"> ___________________________________________________________________________</w:t>
      </w:r>
    </w:p>
    <w:p>
      <w:pPr>
        <w:pStyle w:val="Normal"/>
        <w:spacing w:before="0" w:after="80"/>
        <w:rPr>
          <w:lang w:val="pl-PL"/>
        </w:rPr>
      </w:pPr>
      <w:r>
        <w:rPr>
          <w:b/>
          <w:lang w:val="pl-PL"/>
        </w:rPr>
        <w:t>Telefon:</w:t>
      </w:r>
      <w:r>
        <w:rPr>
          <w:lang w:val="pl-PL"/>
        </w:rPr>
        <w:t xml:space="preserve"> ___________________________________________________________________________</w:t>
      </w:r>
    </w:p>
    <w:p>
      <w:pPr>
        <w:pStyle w:val="Normal"/>
        <w:spacing w:before="0" w:after="80"/>
        <w:rPr>
          <w:lang w:val="pl-PL"/>
        </w:rPr>
      </w:pPr>
      <w:r>
        <w:rPr>
          <w:b/>
          <w:lang w:val="pl-PL"/>
        </w:rPr>
        <w:t>Pokrewieństwo / relacja z dzieckiem:</w:t>
      </w:r>
      <w:r>
        <w:rPr>
          <w:lang w:val="pl-PL"/>
        </w:rPr>
        <w:t xml:space="preserve"> ___________________________________________________________________________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Oświadczam, że podane dane są aktualne. Zobowiązuję się do niezwłocznego poinformowania przedszkola o ich zmianie.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Gdańsk, dnia 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____________________________________________</w:t>
        <w:br/>
        <w:t>czytelny podpis rodzica / opiekuna prawnego</w:t>
      </w:r>
    </w:p>
    <w:p>
      <w:pPr>
        <w:pStyle w:val="Normal"/>
        <w:rPr>
          <w:lang w:val="pl-PL"/>
        </w:rPr>
      </w:pPr>
      <w:r>
        <w:rPr>
          <w:lang w:val="pl-PL"/>
        </w:rPr>
      </w:r>
      <w:r>
        <w:br w:type="page"/>
      </w:r>
    </w:p>
    <w:p>
      <w:pPr>
        <w:pStyle w:val="Normal"/>
        <w:spacing w:before="0" w:after="200"/>
        <w:jc w:val="center"/>
        <w:rPr>
          <w:lang w:val="pl-PL"/>
        </w:rPr>
      </w:pPr>
      <w:r>
        <w:rPr>
          <w:b/>
          <w:sz w:val="26"/>
          <w:lang w:val="pl-PL"/>
        </w:rPr>
        <w:t>PRZEDSZKOLE NR 63 W GDAŃSKU</w:t>
      </w:r>
      <w:r>
        <w:rPr>
          <w:lang w:val="pl-PL"/>
        </w:rPr>
        <w:br/>
        <w:t>ul. Pilotów 15, 80-460 Gdańsk</w:t>
      </w:r>
    </w:p>
    <w:p>
      <w:pPr>
        <w:pStyle w:val="Normal"/>
        <w:jc w:val="center"/>
        <w:rPr>
          <w:lang w:val="pl-PL"/>
        </w:rPr>
      </w:pPr>
      <w:r>
        <w:rPr>
          <w:b/>
          <w:sz w:val="32"/>
          <w:lang w:val="pl-PL"/>
        </w:rPr>
        <w:t>2. POTWIERDZENIE ZAPOZNANIA SIĘ Z INFORMACJĄ O PRZETWARZANIU DANYCH OSOBOWYCH</w:t>
      </w:r>
    </w:p>
    <w:p>
      <w:pPr>
        <w:pStyle w:val="Normal"/>
        <w:rPr>
          <w:lang w:val="pl-PL"/>
        </w:rPr>
      </w:pPr>
      <w:r>
        <w:rPr>
          <w:lang w:val="pl-PL"/>
        </w:rPr>
        <w:t>Administratorem danych osobowych jest Przedszkole nr 63 w Gdańsku, ul. Pilotów 15, 80-460 Gdańsk. Kontakt z przedszkolem: sekretariat@p63.edu.gdansk.pl. Inspektor Ochrony Danych: iod@rodo-edu.pl.</w:t>
      </w:r>
    </w:p>
    <w:p>
      <w:pPr>
        <w:pStyle w:val="Normal"/>
        <w:rPr>
          <w:lang w:val="pl-PL"/>
        </w:rPr>
      </w:pPr>
      <w:r>
        <w:rPr>
          <w:lang w:val="pl-PL"/>
        </w:rPr>
        <w:t>Dane osobowe dziecka i rodziców/opiekunów są przetwarzane w zakresie i dla celów wynikających z przepisów prawa oświatowego, organizacji i zapewnienia bezpiecznej opieki nad dzieckiem, prowadzenia wymaganej dokumentacji oraz realizacji zadań publicznego przedszkola.</w:t>
      </w:r>
    </w:p>
    <w:p>
      <w:pPr>
        <w:pStyle w:val="Normal"/>
        <w:rPr>
          <w:lang w:val="pl-PL"/>
        </w:rPr>
      </w:pPr>
      <w:r>
        <w:rPr>
          <w:lang w:val="pl-PL"/>
        </w:rPr>
        <w:t>W zależności od konkretnego celu podstawą przetwarzania może być obowiązek prawny, wykonanie zadania realizowanego w interesie publicznym lub sprawowanie władzy publicznej, a w przypadkach wymagających zgody – zgoda osoby uprawnionej.</w:t>
      </w:r>
    </w:p>
    <w:p>
      <w:pPr>
        <w:pStyle w:val="Normal"/>
        <w:rPr>
          <w:lang w:val="pl-PL"/>
        </w:rPr>
      </w:pPr>
      <w:r>
        <w:rPr>
          <w:lang w:val="pl-PL"/>
        </w:rPr>
        <w:t>Szczegółowe informacje o celach, podstawach prawnych, odbiorcach danych, okresach przechowywania oraz prawach osoby, której dane dotyczą, zawiera aktualna klauzula informacyjna obowiązująca w Przedszkolu nr 63.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☐ Potwierdzam otrzymanie / udostępnienie mi aktualnej klauzuli informacyjnej dotyczącej przetwarzania danych osobowych.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Imię i nazwisko dziecka: _________________________________________________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Gdańsk, dnia 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____________________________________________</w:t>
        <w:br/>
        <w:t>czytelny podpis rodzica / opiekuna prawnego</w:t>
      </w:r>
    </w:p>
    <w:p>
      <w:pPr>
        <w:pStyle w:val="Normal"/>
        <w:rPr>
          <w:lang w:val="pl-PL"/>
        </w:rPr>
      </w:pPr>
      <w:r>
        <w:rPr>
          <w:lang w:val="pl-PL"/>
        </w:rPr>
      </w:r>
      <w:r>
        <w:br w:type="page"/>
      </w:r>
    </w:p>
    <w:p>
      <w:pPr>
        <w:pStyle w:val="Normal"/>
        <w:spacing w:before="0" w:after="200"/>
        <w:jc w:val="center"/>
        <w:rPr>
          <w:lang w:val="pl-PL"/>
        </w:rPr>
      </w:pPr>
      <w:r>
        <w:rPr>
          <w:b/>
          <w:sz w:val="26"/>
          <w:lang w:val="pl-PL"/>
        </w:rPr>
        <w:t>PRZEDSZKOLE NR 63 W GDAŃSKU</w:t>
      </w:r>
      <w:r>
        <w:rPr>
          <w:lang w:val="pl-PL"/>
        </w:rPr>
        <w:br/>
        <w:t>ul. Pilotów 15, 80-460 Gdańsk</w:t>
      </w:r>
    </w:p>
    <w:p>
      <w:pPr>
        <w:pStyle w:val="Normal"/>
        <w:jc w:val="center"/>
        <w:rPr>
          <w:lang w:val="pl-PL"/>
        </w:rPr>
      </w:pPr>
      <w:r>
        <w:rPr>
          <w:b/>
          <w:sz w:val="32"/>
          <w:lang w:val="pl-PL"/>
        </w:rPr>
        <w:t>3. UPOWAŻNIENIE DO ODBIORU DZIECKA Z PRZEDSZKOLA</w:t>
      </w:r>
    </w:p>
    <w:p>
      <w:pPr>
        <w:pStyle w:val="Normal"/>
        <w:spacing w:before="0" w:after="80"/>
        <w:rPr>
          <w:lang w:val="pl-PL"/>
        </w:rPr>
      </w:pPr>
      <w:r>
        <w:rPr>
          <w:b/>
          <w:lang w:val="pl-PL"/>
        </w:rPr>
        <w:t>Imię i nazwisko dziecka:</w:t>
      </w:r>
      <w:r>
        <w:rPr>
          <w:lang w:val="pl-PL"/>
        </w:rPr>
        <w:t xml:space="preserve"> ___________________________________________________________________________</w:t>
      </w:r>
    </w:p>
    <w:p>
      <w:pPr>
        <w:pStyle w:val="Normal"/>
        <w:spacing w:before="0" w:after="80"/>
        <w:rPr>
          <w:lang w:val="pl-PL"/>
        </w:rPr>
      </w:pPr>
      <w:r>
        <w:rPr>
          <w:b/>
          <w:lang w:val="pl-PL"/>
        </w:rPr>
        <w:t>Grupa:</w:t>
      </w:r>
      <w:r>
        <w:rPr>
          <w:lang w:val="pl-PL"/>
        </w:rPr>
        <w:t xml:space="preserve"> ___________________________________________________________________________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Upoważniam niżej wskazane osoby do odbioru mojego dziecka z Przedszkola nr 63 w Gdańsku:</w:t>
      </w:r>
    </w:p>
    <w:tbl>
      <w:tblPr>
        <w:tblStyle w:val="Tabela-Siatka"/>
        <w:tblW w:w="996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992"/>
        <w:gridCol w:w="1992"/>
        <w:gridCol w:w="1993"/>
        <w:gridCol w:w="1992"/>
        <w:gridCol w:w="1993"/>
      </w:tblGrid>
      <w:tr>
        <w:trPr/>
        <w:tc>
          <w:tcPr>
            <w:tcW w:w="1992" w:type="dxa"/>
            <w:tcBorders/>
            <w:shd w:color="auto" w:fill="EDEDED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Lp.</w:t>
            </w:r>
          </w:p>
        </w:tc>
        <w:tc>
          <w:tcPr>
            <w:tcW w:w="1992" w:type="dxa"/>
            <w:tcBorders/>
            <w:shd w:color="auto" w:fill="EDEDED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Imię i nazwisko osoby</w:t>
            </w:r>
          </w:p>
        </w:tc>
        <w:tc>
          <w:tcPr>
            <w:tcW w:w="1993" w:type="dxa"/>
            <w:tcBorders/>
            <w:shd w:color="auto" w:fill="EDEDED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Relacja</w:t>
            </w:r>
          </w:p>
        </w:tc>
        <w:tc>
          <w:tcPr>
            <w:tcW w:w="1992" w:type="dxa"/>
            <w:tcBorders/>
            <w:shd w:color="auto" w:fill="EDEDED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Telefon</w:t>
            </w:r>
          </w:p>
        </w:tc>
        <w:tc>
          <w:tcPr>
            <w:tcW w:w="1993" w:type="dxa"/>
            <w:tcBorders/>
            <w:shd w:color="auto" w:fill="EDEDED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Podpis / potwierdzenie</w:t>
            </w:r>
          </w:p>
        </w:tc>
      </w:tr>
      <w:tr>
        <w:trPr/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1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2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3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4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5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rPr>
          <w:lang w:val="pl-PL"/>
        </w:rPr>
      </w:pPr>
      <w:r>
        <w:rPr>
          <w:lang w:val="pl-PL"/>
        </w:rPr>
        <w:br/>
        <w:t>Upoważnienie obowiązuje od dnia __________________________ do odwołania / do dnia __________________________.</w:t>
      </w:r>
    </w:p>
    <w:p>
      <w:pPr>
        <w:pStyle w:val="Normal"/>
        <w:rPr>
          <w:lang w:val="pl-PL"/>
        </w:rPr>
      </w:pPr>
      <w:r>
        <w:rPr>
          <w:lang w:val="pl-PL"/>
        </w:rPr>
        <w:t>Oświadczam, że wskazane osoby są przeze mnie upoważnione do odbioru dziecka zgodnie z zasadami obowiązującymi w przedszkolu. Zobowiązuję się do niezwłocznego odwołania upoważnienia, jeżeli przestanie ono obowiązywać.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Gdańsk, dnia 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____________________________________________</w:t>
        <w:br/>
        <w:t>czytelny podpis rodzica / opiekuna prawnego</w:t>
      </w:r>
    </w:p>
    <w:p>
      <w:pPr>
        <w:pStyle w:val="Normal"/>
        <w:rPr>
          <w:lang w:val="pl-PL"/>
        </w:rPr>
      </w:pPr>
      <w:r>
        <w:rPr>
          <w:lang w:val="pl-PL"/>
        </w:rPr>
      </w:r>
      <w:r>
        <w:br w:type="page"/>
      </w:r>
    </w:p>
    <w:p>
      <w:pPr>
        <w:pStyle w:val="Normal"/>
        <w:spacing w:before="0" w:after="200"/>
        <w:jc w:val="center"/>
        <w:rPr>
          <w:lang w:val="pl-PL"/>
        </w:rPr>
      </w:pPr>
      <w:r>
        <w:rPr>
          <w:b/>
          <w:sz w:val="26"/>
          <w:lang w:val="pl-PL"/>
        </w:rPr>
        <w:t>PRZEDSZKOLE NR 63 W GDAŃSKU</w:t>
      </w:r>
      <w:r>
        <w:rPr>
          <w:lang w:val="pl-PL"/>
        </w:rPr>
        <w:br/>
        <w:t>ul. Pilotów 15, 80-460 Gdańsk</w:t>
      </w:r>
    </w:p>
    <w:p>
      <w:pPr>
        <w:pStyle w:val="Normal"/>
        <w:jc w:val="center"/>
        <w:rPr>
          <w:lang w:val="pl-PL"/>
        </w:rPr>
      </w:pPr>
      <w:r>
        <w:rPr>
          <w:b/>
          <w:sz w:val="32"/>
          <w:lang w:val="pl-PL"/>
        </w:rPr>
        <w:t>4. OŚWIADCZENIE DOTYCZĄCE ODBIORU DZIECKA PRZEZ OSOBĘ NIEPEŁNOLETNIĄ</w:t>
      </w:r>
    </w:p>
    <w:p>
      <w:pPr>
        <w:pStyle w:val="Normal"/>
        <w:spacing w:before="0" w:after="80"/>
        <w:rPr>
          <w:lang w:val="pl-PL"/>
        </w:rPr>
      </w:pPr>
      <w:r>
        <w:rPr>
          <w:b/>
          <w:lang w:val="pl-PL"/>
        </w:rPr>
        <w:t>Imię i nazwisko dziecka:</w:t>
      </w:r>
      <w:r>
        <w:rPr>
          <w:lang w:val="pl-PL"/>
        </w:rPr>
        <w:t xml:space="preserve"> ___________________________________________________________________________</w:t>
      </w:r>
    </w:p>
    <w:p>
      <w:pPr>
        <w:pStyle w:val="Normal"/>
        <w:spacing w:before="0" w:after="80"/>
        <w:rPr>
          <w:lang w:val="pl-PL"/>
        </w:rPr>
      </w:pPr>
      <w:r>
        <w:rPr>
          <w:b/>
          <w:lang w:val="pl-PL"/>
        </w:rPr>
        <w:t>Imię i nazwisko osoby niepełnoletniej odbierającej dziecko:</w:t>
      </w:r>
      <w:r>
        <w:rPr>
          <w:lang w:val="pl-PL"/>
        </w:rPr>
        <w:t xml:space="preserve"> ___________________________________________________________________________</w:t>
      </w:r>
    </w:p>
    <w:p>
      <w:pPr>
        <w:pStyle w:val="Normal"/>
        <w:spacing w:before="0" w:after="80"/>
        <w:rPr>
          <w:lang w:val="pl-PL"/>
        </w:rPr>
      </w:pPr>
      <w:r>
        <w:rPr>
          <w:b/>
          <w:lang w:val="pl-PL"/>
        </w:rPr>
        <w:t>Data urodzenia osoby odbierającej:</w:t>
      </w:r>
      <w:r>
        <w:rPr>
          <w:lang w:val="pl-PL"/>
        </w:rPr>
        <w:t xml:space="preserve"> ___________________________________________________________________________</w:t>
      </w:r>
    </w:p>
    <w:p>
      <w:pPr>
        <w:pStyle w:val="Normal"/>
        <w:spacing w:before="0" w:after="80"/>
        <w:rPr>
          <w:lang w:val="pl-PL"/>
        </w:rPr>
      </w:pPr>
      <w:r>
        <w:rPr>
          <w:b/>
          <w:lang w:val="pl-PL"/>
        </w:rPr>
        <w:t>Relacja z dzieckiem:</w:t>
      </w:r>
      <w:r>
        <w:rPr>
          <w:lang w:val="pl-PL"/>
        </w:rPr>
        <w:t xml:space="preserve"> ___________________________________________________________________________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t>Oświadczam, że jestem świadomy/a zasad i odpowiedzialności związanej z odbiorem dziecka przez osobę niepełnoletnią. Oświadczam, że takie rozwiązanie jest zgodne z zasadami przyprowadzania i odbierania dzieci obowiązującymi w Przedszkolu nr 63.</w:t>
      </w:r>
    </w:p>
    <w:p>
      <w:pPr>
        <w:pStyle w:val="Normal"/>
        <w:rPr>
          <w:lang w:val="pl-PL"/>
        </w:rPr>
      </w:pPr>
      <w:r>
        <w:rPr>
          <w:lang w:val="pl-PL"/>
        </w:rPr>
        <w:t>Upoważnienie obowiązuje od __________________ do __________________ / do odwołania.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____________________________________________</w:t>
        <w:br/>
        <w:t>podpis rodzica / opiekuna prawnego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____________________________________________</w:t>
        <w:br/>
        <w:t>podpis drugiego rodzica / opiekuna prawnego – jeżeli dotyczy</w:t>
      </w:r>
    </w:p>
    <w:p>
      <w:pPr>
        <w:pStyle w:val="Normal"/>
        <w:rPr>
          <w:lang w:val="pl-PL"/>
        </w:rPr>
      </w:pPr>
      <w:r>
        <w:rPr>
          <w:lang w:val="pl-PL"/>
        </w:rPr>
      </w:r>
      <w:r>
        <w:br w:type="page"/>
      </w:r>
    </w:p>
    <w:p>
      <w:pPr>
        <w:pStyle w:val="Normal"/>
        <w:spacing w:before="0" w:after="200"/>
        <w:jc w:val="center"/>
        <w:rPr>
          <w:lang w:val="pl-PL"/>
        </w:rPr>
      </w:pPr>
      <w:r>
        <w:rPr>
          <w:b/>
          <w:sz w:val="26"/>
          <w:lang w:val="pl-PL"/>
        </w:rPr>
        <w:t>PRZEDSZKOLE NR 63 W GDAŃSKU</w:t>
      </w:r>
      <w:r>
        <w:rPr>
          <w:lang w:val="pl-PL"/>
        </w:rPr>
        <w:br/>
        <w:t>ul. Pilotów 15, 80-460 Gdańsk</w:t>
      </w:r>
    </w:p>
    <w:p>
      <w:pPr>
        <w:pStyle w:val="Normal"/>
        <w:jc w:val="center"/>
        <w:rPr>
          <w:lang w:val="pl-PL"/>
        </w:rPr>
      </w:pPr>
      <w:r>
        <w:rPr>
          <w:b/>
          <w:sz w:val="32"/>
          <w:lang w:val="pl-PL"/>
        </w:rPr>
        <w:t>5. INFORMACJA RODZICA O STANIE ZDROWIA I SZCZEGÓLNYCH POTRZEBACH DZIECKA</w:t>
      </w:r>
    </w:p>
    <w:p>
      <w:pPr>
        <w:pStyle w:val="Normal"/>
        <w:spacing w:before="0" w:after="80"/>
        <w:rPr>
          <w:lang w:val="pl-PL"/>
        </w:rPr>
      </w:pPr>
      <w:r>
        <w:rPr>
          <w:b/>
          <w:lang w:val="pl-PL"/>
        </w:rPr>
        <w:t>Imię i nazwisko dziecka:</w:t>
      </w:r>
      <w:r>
        <w:rPr>
          <w:lang w:val="pl-PL"/>
        </w:rPr>
        <w:t xml:space="preserve"> ___________________________________________________________________________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t>Proszę przekazać informacje, które są istotne dla zapewnienia dziecku bezpiecznej opieki w przedszkolu.</w:t>
      </w:r>
    </w:p>
    <w:p>
      <w:pPr>
        <w:pStyle w:val="Normal"/>
        <w:rPr>
          <w:lang w:val="pl-PL"/>
        </w:rPr>
      </w:pPr>
      <w:r>
        <w:rPr>
          <w:b/>
          <w:lang w:val="pl-PL"/>
        </w:rPr>
        <w:br/>
        <w:t>Alergie / nietolerancje:</w:t>
      </w:r>
    </w:p>
    <w:p>
      <w:pPr>
        <w:pStyle w:val="Normal"/>
        <w:rPr>
          <w:lang w:val="pl-PL"/>
        </w:rPr>
      </w:pPr>
      <w:r>
        <w:rPr>
          <w:lang w:val="pl-PL"/>
        </w:rPr>
        <w:t>_____________________________________________________________________________________</w:t>
      </w:r>
    </w:p>
    <w:p>
      <w:pPr>
        <w:pStyle w:val="Normal"/>
        <w:rPr>
          <w:lang w:val="pl-PL"/>
        </w:rPr>
      </w:pPr>
      <w:r>
        <w:rPr>
          <w:b/>
          <w:lang w:val="pl-PL"/>
        </w:rPr>
        <w:br/>
        <w:t>Istotne zalecenia dotyczące bezpieczeństwa:</w:t>
      </w:r>
    </w:p>
    <w:p>
      <w:pPr>
        <w:pStyle w:val="Normal"/>
        <w:rPr>
          <w:lang w:val="pl-PL"/>
        </w:rPr>
      </w:pPr>
      <w:r>
        <w:rPr>
          <w:lang w:val="pl-PL"/>
        </w:rPr>
        <w:t>_____________________________________________________________________________________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t>_____________________________________________________________________________________</w:t>
      </w:r>
    </w:p>
    <w:p>
      <w:pPr>
        <w:pStyle w:val="Normal"/>
        <w:rPr>
          <w:lang w:val="pl-PL"/>
        </w:rPr>
      </w:pPr>
      <w:r>
        <w:rPr>
          <w:b/>
          <w:lang w:val="pl-PL"/>
        </w:rPr>
        <w:br/>
        <w:t>Ograniczenia dotyczące aktywności fizycznej:</w:t>
      </w:r>
    </w:p>
    <w:p>
      <w:pPr>
        <w:pStyle w:val="Normal"/>
        <w:rPr>
          <w:lang w:val="pl-PL"/>
        </w:rPr>
      </w:pPr>
      <w:r>
        <w:rPr>
          <w:lang w:val="pl-PL"/>
        </w:rPr>
        <w:t>_____________________________________________________________________________________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t>_____________________________________________________________________________________</w:t>
      </w:r>
    </w:p>
    <w:p>
      <w:pPr>
        <w:pStyle w:val="Normal"/>
        <w:rPr>
          <w:lang w:val="pl-PL"/>
        </w:rPr>
      </w:pPr>
      <w:r>
        <w:rPr>
          <w:b/>
          <w:lang w:val="pl-PL"/>
        </w:rPr>
        <w:br/>
        <w:t>Inne ważne informacje dla nauczycieli:</w:t>
      </w:r>
    </w:p>
    <w:p>
      <w:pPr>
        <w:pStyle w:val="Normal"/>
        <w:rPr>
          <w:lang w:val="pl-PL"/>
        </w:rPr>
      </w:pPr>
      <w:r>
        <w:rPr>
          <w:lang w:val="pl-PL"/>
        </w:rPr>
        <w:t>_____________________________________________________________________________________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t>_____________________________________________________________________________________</w:t>
      </w:r>
    </w:p>
    <w:p>
      <w:pPr>
        <w:pStyle w:val="Normal"/>
        <w:rPr>
          <w:lang w:val="pl-PL"/>
        </w:rPr>
      </w:pPr>
      <w:r>
        <w:rPr>
          <w:b/>
          <w:lang w:val="pl-PL"/>
        </w:rPr>
        <w:br/>
        <w:t>Czy dziecko wymaga szczególnych działań w sytuacji nagłej? Jeśli tak, jakich:</w:t>
      </w:r>
    </w:p>
    <w:p>
      <w:pPr>
        <w:pStyle w:val="Normal"/>
        <w:rPr>
          <w:lang w:val="pl-PL"/>
        </w:rPr>
      </w:pPr>
      <w:r>
        <w:rPr>
          <w:lang w:val="pl-PL"/>
        </w:rPr>
        <w:t>_____________________________________________________________________________________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t>_____________________________________________________________________________________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Jeżeli informacje wymagają potwierdzenia medycznego lub zastosowania szczególnej procedury, rodzic/opiekun prawny powinien przekazać przedszkolu odpowiednie dokumenty lub zalecenia.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Gdańsk, dnia 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____________________________________________</w:t>
        <w:br/>
        <w:t>czytelny podpis rodzica / opiekuna prawnego</w:t>
      </w:r>
    </w:p>
    <w:p>
      <w:pPr>
        <w:pStyle w:val="Normal"/>
        <w:rPr>
          <w:lang w:val="pl-PL"/>
        </w:rPr>
      </w:pPr>
      <w:r>
        <w:rPr>
          <w:lang w:val="pl-PL"/>
        </w:rPr>
      </w:r>
    </w:p>
    <w:p>
      <w:pPr>
        <w:pStyle w:val="Normal"/>
        <w:jc w:val="center"/>
        <w:rPr>
          <w:lang w:val="pl-PL"/>
        </w:rPr>
      </w:pPr>
      <w:r>
        <w:rPr>
          <w:b/>
          <w:sz w:val="26"/>
          <w:lang w:val="pl-PL"/>
        </w:rPr>
        <w:t>PRZEDSZKOLE NR 63 W GDAŃSKU</w:t>
      </w:r>
      <w:r>
        <w:rPr>
          <w:lang w:val="pl-PL"/>
        </w:rPr>
        <w:br/>
        <w:t>ul. Pilotów 15, 80-460 Gdańsk</w:t>
      </w:r>
    </w:p>
    <w:p>
      <w:pPr>
        <w:pStyle w:val="Normal"/>
        <w:jc w:val="center"/>
        <w:rPr>
          <w:lang w:val="pl-PL"/>
        </w:rPr>
      </w:pPr>
      <w:r>
        <w:rPr>
          <w:b/>
          <w:sz w:val="32"/>
          <w:lang w:val="pl-PL"/>
        </w:rPr>
        <w:t>6. INFORMACJA O ALERGIACH, NIETOLERANCJACH I POTRZEBACH ŻYWIENIOWYCH</w:t>
      </w:r>
    </w:p>
    <w:p>
      <w:pPr>
        <w:pStyle w:val="Normal"/>
        <w:spacing w:before="0" w:after="80"/>
        <w:rPr>
          <w:lang w:val="pl-PL"/>
        </w:rPr>
      </w:pPr>
      <w:r>
        <w:rPr>
          <w:b/>
          <w:lang w:val="pl-PL"/>
        </w:rPr>
        <w:t>Imię i nazwisko dziecka:</w:t>
      </w:r>
      <w:r>
        <w:rPr>
          <w:lang w:val="pl-PL"/>
        </w:rPr>
        <w:t xml:space="preserve"> ___________________________________________________________________________</w:t>
      </w:r>
    </w:p>
    <w:p>
      <w:pPr>
        <w:pStyle w:val="Normal"/>
        <w:spacing w:before="0" w:after="80"/>
        <w:rPr>
          <w:lang w:val="pl-PL"/>
        </w:rPr>
      </w:pPr>
      <w:r>
        <w:rPr>
          <w:b/>
          <w:lang w:val="pl-PL"/>
        </w:rPr>
        <w:t>Grupa:</w:t>
      </w:r>
      <w:r>
        <w:rPr>
          <w:lang w:val="pl-PL"/>
        </w:rPr>
        <w:t xml:space="preserve"> ___________________________________________________________________________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t xml:space="preserve">☐ </w:t>
      </w:r>
      <w:r>
        <w:rPr>
          <w:lang w:val="pl-PL"/>
        </w:rPr>
        <w:t>Nie zgłaszam alergii ani nietolerancji pokarmowych.</w:t>
      </w:r>
    </w:p>
    <w:p>
      <w:pPr>
        <w:pStyle w:val="Normal"/>
        <w:rPr>
          <w:lang w:val="pl-PL"/>
        </w:rPr>
      </w:pPr>
      <w:r>
        <w:rPr>
          <w:lang w:val="pl-PL"/>
        </w:rPr>
        <w:t xml:space="preserve">☐ </w:t>
      </w:r>
      <w:r>
        <w:rPr>
          <w:lang w:val="pl-PL"/>
        </w:rPr>
        <w:t>Zgłaszam alergię / nietolerancję / inne ograniczenie żywieniowe.</w:t>
      </w:r>
    </w:p>
    <w:p>
      <w:pPr>
        <w:pStyle w:val="Normal"/>
        <w:rPr>
          <w:lang w:val="pl-PL"/>
        </w:rPr>
      </w:pPr>
      <w:r>
        <w:rPr>
          <w:b/>
          <w:lang w:val="pl-PL"/>
        </w:rPr>
        <w:br/>
        <w:t>Produkt / składnik:</w:t>
      </w:r>
    </w:p>
    <w:p>
      <w:pPr>
        <w:pStyle w:val="Normal"/>
        <w:rPr>
          <w:lang w:val="pl-PL"/>
        </w:rPr>
      </w:pPr>
      <w:r>
        <w:rPr>
          <w:lang w:val="pl-PL"/>
        </w:rPr>
        <w:t>_____________________________________________________________________________________</w:t>
      </w:r>
    </w:p>
    <w:p>
      <w:pPr>
        <w:pStyle w:val="Normal"/>
        <w:rPr>
          <w:lang w:val="pl-PL"/>
        </w:rPr>
      </w:pPr>
      <w:r>
        <w:rPr>
          <w:b/>
          <w:lang w:val="pl-PL"/>
        </w:rPr>
        <w:br/>
        <w:t>Objawy / reakcja:</w:t>
      </w:r>
    </w:p>
    <w:p>
      <w:pPr>
        <w:pStyle w:val="Normal"/>
        <w:rPr>
          <w:lang w:val="pl-PL"/>
        </w:rPr>
      </w:pPr>
      <w:r>
        <w:rPr>
          <w:lang w:val="pl-PL"/>
        </w:rPr>
        <w:t>_____________________________________________________________________________________</w:t>
      </w:r>
    </w:p>
    <w:p>
      <w:pPr>
        <w:pStyle w:val="Normal"/>
        <w:rPr>
          <w:lang w:val="pl-PL"/>
        </w:rPr>
      </w:pPr>
      <w:r>
        <w:rPr>
          <w:b/>
          <w:lang w:val="pl-PL"/>
        </w:rPr>
        <w:br/>
        <w:t>Zalecenia dotyczące żywienia:</w:t>
      </w:r>
    </w:p>
    <w:p>
      <w:pPr>
        <w:pStyle w:val="Normal"/>
        <w:rPr>
          <w:lang w:val="pl-PL"/>
        </w:rPr>
      </w:pPr>
      <w:r>
        <w:rPr>
          <w:lang w:val="pl-PL"/>
        </w:rPr>
        <w:t>_____________________________________________________________________________________</w:t>
      </w:r>
    </w:p>
    <w:p>
      <w:pPr>
        <w:pStyle w:val="Normal"/>
        <w:rPr>
          <w:lang w:val="pl-PL"/>
        </w:rPr>
      </w:pPr>
      <w:r>
        <w:rPr>
          <w:b/>
          <w:lang w:val="pl-PL"/>
        </w:rPr>
        <w:br/>
        <w:t>Dokument / zalecenie medyczne przekazane do przedszkola (jeżeli dotyczy):</w:t>
      </w:r>
    </w:p>
    <w:p>
      <w:pPr>
        <w:pStyle w:val="Normal"/>
        <w:rPr>
          <w:lang w:val="pl-PL"/>
        </w:rPr>
      </w:pPr>
      <w:r>
        <w:rPr>
          <w:lang w:val="pl-PL"/>
        </w:rPr>
        <w:t>_____________________________________________________________________________________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Rodzic zobowiązuje się do aktualizowania informacji w przypadku zmiany stanu zdrowia lub zaleceń dotyczących żywienia.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Gdańsk, dnia 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____________________________________________</w:t>
        <w:br/>
        <w:t>czytelny podpis rodzica / opiekuna prawnego</w:t>
      </w:r>
    </w:p>
    <w:p>
      <w:pPr>
        <w:pStyle w:val="Normal"/>
        <w:rPr>
          <w:lang w:val="pl-PL"/>
        </w:rPr>
      </w:pPr>
      <w:r>
        <w:rPr>
          <w:lang w:val="pl-PL"/>
        </w:rPr>
      </w:r>
      <w:r>
        <w:br w:type="page"/>
      </w:r>
    </w:p>
    <w:p>
      <w:pPr>
        <w:pStyle w:val="Normal"/>
        <w:spacing w:before="0" w:after="200"/>
        <w:jc w:val="center"/>
        <w:rPr>
          <w:lang w:val="pl-PL"/>
        </w:rPr>
      </w:pPr>
      <w:r>
        <w:rPr>
          <w:b/>
          <w:sz w:val="26"/>
          <w:lang w:val="pl-PL"/>
        </w:rPr>
        <w:t>PRZEDSZKOLE NR 63 W GDAŃSKU</w:t>
      </w:r>
      <w:r>
        <w:rPr>
          <w:lang w:val="pl-PL"/>
        </w:rPr>
        <w:br/>
        <w:t>ul. Pilotów 15, 80-460 Gdańsk</w:t>
      </w:r>
    </w:p>
    <w:p>
      <w:pPr>
        <w:pStyle w:val="Normal"/>
        <w:jc w:val="center"/>
        <w:rPr>
          <w:lang w:val="pl-PL"/>
        </w:rPr>
      </w:pPr>
      <w:r>
        <w:rPr>
          <w:b/>
          <w:sz w:val="32"/>
          <w:lang w:val="pl-PL"/>
        </w:rPr>
        <w:t>7. ZGODA NA ROZPOWSZECHNIANIE WIZERUNKU DZIECKA</w:t>
      </w:r>
    </w:p>
    <w:p>
      <w:pPr>
        <w:pStyle w:val="Normal"/>
        <w:spacing w:before="0" w:after="80"/>
        <w:rPr>
          <w:lang w:val="pl-PL"/>
        </w:rPr>
      </w:pPr>
      <w:r>
        <w:rPr>
          <w:b/>
          <w:lang w:val="pl-PL"/>
        </w:rPr>
        <w:t>Imię i nazwisko dziecka:</w:t>
      </w:r>
      <w:r>
        <w:rPr>
          <w:lang w:val="pl-PL"/>
        </w:rPr>
        <w:t xml:space="preserve"> ___________________________________________________________________________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t>Wyrażam dobrowolną zgodę na rozpowszechnianie wizerunku mojego dziecka, utrwalonego podczas działalności Przedszkola nr 63 w Gdańsku, w następujących miejscach:</w:t>
      </w:r>
    </w:p>
    <w:p>
      <w:pPr>
        <w:pStyle w:val="Normal"/>
        <w:rPr>
          <w:lang w:val="pl-PL"/>
        </w:rPr>
      </w:pPr>
      <w:r>
        <w:rPr>
          <w:lang w:val="pl-PL"/>
        </w:rPr>
        <w:t xml:space="preserve">☐ </w:t>
      </w:r>
      <w:r>
        <w:rPr>
          <w:lang w:val="pl-PL"/>
        </w:rPr>
        <w:t>strona internetowa Przedszkola nr 63 w Gdańsku</w:t>
      </w:r>
    </w:p>
    <w:p>
      <w:pPr>
        <w:pStyle w:val="Normal"/>
        <w:rPr>
          <w:lang w:val="pl-PL"/>
        </w:rPr>
      </w:pPr>
      <w:r>
        <w:rPr>
          <w:lang w:val="pl-PL"/>
        </w:rPr>
        <w:t xml:space="preserve">☐ </w:t>
      </w:r>
      <w:r>
        <w:rPr>
          <w:lang w:val="pl-PL"/>
        </w:rPr>
        <w:t>oficjalne profile / media społecznościowe prowadzone przez Przedszkole nr 63</w:t>
      </w:r>
    </w:p>
    <w:p>
      <w:pPr>
        <w:pStyle w:val="Normal"/>
        <w:rPr>
          <w:lang w:val="pl-PL"/>
        </w:rPr>
      </w:pPr>
      <w:r>
        <w:rPr>
          <w:lang w:val="pl-PL"/>
        </w:rPr>
        <w:t xml:space="preserve">☐ </w:t>
      </w:r>
      <w:r>
        <w:rPr>
          <w:lang w:val="pl-PL"/>
        </w:rPr>
        <w:t>materiały informacyjne i promujące działalność przedszkola</w:t>
      </w:r>
    </w:p>
    <w:p>
      <w:pPr>
        <w:pStyle w:val="Normal"/>
        <w:rPr>
          <w:lang w:val="pl-PL"/>
        </w:rPr>
      </w:pPr>
      <w:r>
        <w:rPr>
          <w:lang w:val="pl-PL"/>
        </w:rPr>
        <w:t xml:space="preserve">☐ </w:t>
      </w:r>
      <w:r>
        <w:rPr>
          <w:lang w:val="pl-PL"/>
        </w:rPr>
        <w:t>kronika / materiały wewnętrzne przedszkola</w:t>
      </w:r>
    </w:p>
    <w:p>
      <w:pPr>
        <w:pStyle w:val="Normal"/>
        <w:rPr>
          <w:lang w:val="pl-PL"/>
        </w:rPr>
      </w:pPr>
      <w:r>
        <w:rPr>
          <w:lang w:val="pl-PL"/>
        </w:rPr>
        <w:t>Zgoda dotyczy wyłącznie wizerunku dziecka i nie obejmuje publikowania dodatkowych danych umożliwiających identyfikację dziecka poza zakresem wskazanym powyżej, chyba że rodzic wyrazi odrębną zgodę.</w:t>
      </w:r>
    </w:p>
    <w:p>
      <w:pPr>
        <w:pStyle w:val="Normal"/>
        <w:rPr>
          <w:lang w:val="pl-PL"/>
        </w:rPr>
      </w:pPr>
      <w:r>
        <w:rPr>
          <w:lang w:val="pl-PL"/>
        </w:rPr>
        <w:t>Zgoda jest dobrowolna i może zostać w każdym czasie wycofana. Wycofanie zgody nie wpływa na zgodność z prawem wykorzystania wizerunku dokonanego przed jej wycofaniem.</w:t>
      </w:r>
    </w:p>
    <w:p>
      <w:pPr>
        <w:pStyle w:val="Normal"/>
        <w:rPr>
          <w:lang w:val="pl-PL"/>
        </w:rPr>
      </w:pPr>
      <w:r>
        <w:rPr>
          <w:lang w:val="pl-PL"/>
        </w:rPr>
        <w:t>Podstawa prawna rozpowszechniania wizerunku: co do zasady art. 81 ustawy o prawie autorskim i prawach pokrewnych oraz – w zakresie przetwarzania danych osobowych na podstawie zgody – art. 6 ust. 1 lit. a RODO.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Gdańsk, dnia 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____________________________________________</w:t>
        <w:br/>
        <w:t>czytelny podpis rodzica / opiekuna prawnego</w:t>
      </w:r>
    </w:p>
    <w:p>
      <w:pPr>
        <w:pStyle w:val="Normal"/>
        <w:rPr>
          <w:lang w:val="pl-PL"/>
        </w:rPr>
      </w:pPr>
      <w:r>
        <w:rPr>
          <w:lang w:val="pl-PL"/>
        </w:rPr>
      </w:r>
      <w:r>
        <w:br w:type="page"/>
      </w:r>
    </w:p>
    <w:p>
      <w:pPr>
        <w:pStyle w:val="Normal"/>
        <w:spacing w:before="0" w:after="200"/>
        <w:jc w:val="center"/>
        <w:rPr>
          <w:lang w:val="pl-PL"/>
        </w:rPr>
      </w:pPr>
      <w:r>
        <w:rPr>
          <w:b/>
          <w:sz w:val="26"/>
          <w:lang w:val="pl-PL"/>
        </w:rPr>
        <w:t>PRZEDSZKOLE NR 63 W GDAŃSKU</w:t>
      </w:r>
      <w:r>
        <w:rPr>
          <w:lang w:val="pl-PL"/>
        </w:rPr>
        <w:br/>
        <w:t>ul. Pilotów 15, 80-460 Gdańsk</w:t>
      </w:r>
    </w:p>
    <w:p>
      <w:pPr>
        <w:pStyle w:val="Normal"/>
        <w:jc w:val="center"/>
        <w:rPr>
          <w:lang w:val="pl-PL"/>
        </w:rPr>
      </w:pPr>
      <w:r>
        <w:rPr>
          <w:b/>
          <w:sz w:val="32"/>
          <w:lang w:val="pl-PL"/>
        </w:rPr>
        <w:t>8. OŚWIADCZENIE DOTYCZĄCE UDZIAŁU DZIECKA W WYJŚCIACH I WYDARZENIACH</w:t>
      </w:r>
    </w:p>
    <w:p>
      <w:pPr>
        <w:pStyle w:val="Normal"/>
        <w:spacing w:before="0" w:after="80"/>
        <w:rPr>
          <w:lang w:val="pl-PL"/>
        </w:rPr>
      </w:pPr>
      <w:r>
        <w:rPr>
          <w:b/>
          <w:lang w:val="pl-PL"/>
        </w:rPr>
        <w:t>Imię i nazwisko dziecka:</w:t>
      </w:r>
      <w:r>
        <w:rPr>
          <w:lang w:val="pl-PL"/>
        </w:rPr>
        <w:t xml:space="preserve"> ___________________________________________________________________________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t>Przyjmuję do wiadomości, że w ramach działalności przedszkola mogą być organizowane wyjścia, spacery, wydarzenia, warsztaty i inne aktywności poza stałym miejscem prowadzenia zajęć. O szczegółach wydarzeń, w tym miejscu, terminie i charakterze, rodzice są informowani zgodnie z procedurami obowiązującymi w przedszkolu.</w:t>
      </w:r>
    </w:p>
    <w:p>
      <w:pPr>
        <w:pStyle w:val="Normal"/>
        <w:rPr>
          <w:lang w:val="pl-PL"/>
        </w:rPr>
      </w:pPr>
      <w:r>
        <w:rPr>
          <w:lang w:val="pl-PL"/>
        </w:rPr>
        <w:t xml:space="preserve">☐ </w:t>
      </w:r>
      <w:r>
        <w:rPr>
          <w:lang w:val="pl-PL"/>
        </w:rPr>
        <w:t>Wyrażam zgodę na udział mojego dziecka w wyjściach i wydarzeniach, dla których przepisy lub procedury przedszkola wymagają zgody rodzica, po otrzymaniu informacji o konkretnym wydarzeniu.</w:t>
      </w:r>
    </w:p>
    <w:p>
      <w:pPr>
        <w:pStyle w:val="Normal"/>
        <w:rPr>
          <w:lang w:val="pl-PL"/>
        </w:rPr>
      </w:pPr>
      <w:r>
        <w:rPr>
          <w:lang w:val="pl-PL"/>
        </w:rPr>
        <w:t xml:space="preserve">☐ </w:t>
      </w:r>
      <w:r>
        <w:rPr>
          <w:lang w:val="pl-PL"/>
        </w:rPr>
        <w:t>Nie wyrażam zgody na powyższe w formie zgody ogólnej; będę podejmować decyzję odrębnie dla konkretnych wydarzeń.</w:t>
      </w:r>
    </w:p>
    <w:p>
      <w:pPr>
        <w:pStyle w:val="Normal"/>
        <w:rPr>
          <w:lang w:val="pl-PL"/>
        </w:rPr>
      </w:pPr>
      <w:r>
        <w:rPr>
          <w:lang w:val="pl-PL"/>
        </w:rPr>
        <w:t>Uwaga: niniejsze oświadczenie nie zastępuje zgody wymaganej dla konkretnego wyjazdu lub innej aktywności, jeżeli obowiązujące przepisy albo procedura przedszkola wymagają odrębnego oświadczenia.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Gdańsk, dnia 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____________________________________________</w:t>
        <w:br/>
        <w:t>czytelny podpis rodzica / opiekuna prawnego</w:t>
      </w:r>
    </w:p>
    <w:p>
      <w:pPr>
        <w:pStyle w:val="Normal"/>
        <w:rPr>
          <w:lang w:val="pl-PL"/>
        </w:rPr>
      </w:pPr>
      <w:r>
        <w:rPr>
          <w:lang w:val="pl-PL"/>
        </w:rPr>
      </w:r>
      <w:r>
        <w:br w:type="page"/>
      </w:r>
    </w:p>
    <w:p>
      <w:pPr>
        <w:pStyle w:val="Normal"/>
        <w:spacing w:before="0" w:after="200"/>
        <w:rPr>
          <w:lang w:val="pl-PL"/>
        </w:rPr>
      </w:pPr>
      <w:r>
        <w:rPr>
          <w:lang w:val="pl-PL"/>
        </w:rPr>
      </w:r>
    </w:p>
    <w:p>
      <w:pPr>
        <w:pStyle w:val="Normal"/>
        <w:jc w:val="center"/>
        <w:rPr>
          <w:lang w:val="pl-PL"/>
        </w:rPr>
      </w:pPr>
      <w:r>
        <w:rPr>
          <w:b/>
          <w:sz w:val="26"/>
          <w:lang w:val="pl-PL"/>
        </w:rPr>
        <w:t>PRZEDSZKOLE NR 63 W GDAŃSKU</w:t>
      </w:r>
      <w:r>
        <w:rPr>
          <w:lang w:val="pl-PL"/>
        </w:rPr>
        <w:br/>
        <w:t>ul. Pilotów 15, 80-460 Gdańsk</w:t>
      </w:r>
    </w:p>
    <w:p>
      <w:pPr>
        <w:pStyle w:val="Normal"/>
        <w:jc w:val="center"/>
        <w:rPr>
          <w:lang w:val="pl-PL"/>
        </w:rPr>
      </w:pPr>
      <w:r>
        <w:rPr>
          <w:b/>
          <w:sz w:val="32"/>
          <w:lang w:val="pl-PL"/>
        </w:rPr>
        <w:t>9. OŚWIADCZENIE O ŻYCZENIU UDZIAŁU DZIECKA W NAUCE RELIGII</w:t>
      </w:r>
    </w:p>
    <w:p>
      <w:pPr>
        <w:pStyle w:val="Normal"/>
        <w:spacing w:before="0" w:after="80"/>
        <w:rPr>
          <w:lang w:val="pl-PL"/>
        </w:rPr>
      </w:pPr>
      <w:r>
        <w:rPr>
          <w:b/>
          <w:lang w:val="pl-PL"/>
        </w:rPr>
        <w:t>Imię i nazwisko dziecka:</w:t>
      </w:r>
      <w:r>
        <w:rPr>
          <w:lang w:val="pl-PL"/>
        </w:rPr>
        <w:t xml:space="preserve"> ___________________________________________________________________________</w:t>
      </w:r>
    </w:p>
    <w:p>
      <w:pPr>
        <w:pStyle w:val="Normal"/>
        <w:spacing w:before="0" w:after="80"/>
        <w:rPr>
          <w:lang w:val="pl-PL"/>
        </w:rPr>
      </w:pPr>
      <w:r>
        <w:rPr>
          <w:b/>
          <w:lang w:val="pl-PL"/>
        </w:rPr>
        <w:t>Data urodzenia:</w:t>
      </w:r>
      <w:r>
        <w:rPr>
          <w:lang w:val="pl-PL"/>
        </w:rPr>
        <w:t xml:space="preserve"> ___________________________________________________________________________</w:t>
      </w:r>
    </w:p>
    <w:p>
      <w:pPr>
        <w:pStyle w:val="Normal"/>
        <w:spacing w:before="0" w:after="80"/>
        <w:rPr>
          <w:lang w:val="pl-PL"/>
        </w:rPr>
      </w:pPr>
      <w:r>
        <w:rPr>
          <w:b/>
          <w:lang w:val="pl-PL"/>
        </w:rPr>
        <w:t>Grupa:</w:t>
      </w:r>
      <w:r>
        <w:rPr>
          <w:lang w:val="pl-PL"/>
        </w:rPr>
        <w:t xml:space="preserve"> ___________________________________________________________________________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t>Oświadczam, że wyrażam życzenie, aby moje dziecko uczestniczyło w zajęciach religii organizowanych w Przedszkolu nr 63 w Gdańsku w roku szkolnym 2026/2027.</w:t>
      </w:r>
    </w:p>
    <w:p>
      <w:pPr>
        <w:pStyle w:val="Normal"/>
        <w:rPr>
          <w:lang w:val="pl-PL"/>
        </w:rPr>
      </w:pPr>
      <w:r>
        <w:rPr>
          <w:lang w:val="pl-PL"/>
        </w:rPr>
        <w:t>Nauka religii w publicznym przedszkolu organizowana jest na życzenie rodziców. Zajęcia są prowadzone zgodnie z obowiązującymi przepisami oraz właściwym programem nauczania religii i podstawą programową nauczania religii dla przedszkola.</w:t>
      </w:r>
    </w:p>
    <w:p>
      <w:pPr>
        <w:pStyle w:val="Normal"/>
        <w:rPr>
          <w:lang w:val="pl-PL"/>
        </w:rPr>
      </w:pPr>
      <w:r>
        <w:rPr>
          <w:lang w:val="pl-PL"/>
        </w:rPr>
        <w:t>Podstawa prawna: art. 12 ust. 1 ustawy z dnia 7 września 1991 r. o systemie oświaty oraz rozporządzenie Ministra Edukacji Narodowej z dnia 14 kwietnia 1992 r. w sprawie warunków i sposobu organizowania nauki religii w publicznych przedszkolach i szkołach, z późniejszymi zmianami.</w:t>
      </w:r>
    </w:p>
    <w:p>
      <w:pPr>
        <w:pStyle w:val="Normal"/>
        <w:rPr>
          <w:lang w:val="pl-PL"/>
        </w:rPr>
      </w:pPr>
      <w:r>
        <w:rPr>
          <w:lang w:val="pl-PL"/>
        </w:rPr>
        <w:t>Oświadczenie może zostać zmienione lub wycofane.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Gdańsk, dnia ____________________________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____________________________________________</w:t>
        <w:br/>
        <w:t>czytelny podpis rodzica / opiekuna prawnego</w:t>
      </w:r>
    </w:p>
    <w:p>
      <w:pPr>
        <w:pStyle w:val="Normal"/>
        <w:rPr>
          <w:lang w:val="pl-PL"/>
        </w:rPr>
      </w:pPr>
      <w:r>
        <w:rPr>
          <w:lang w:val="pl-PL"/>
        </w:rPr>
      </w:r>
    </w:p>
    <w:p>
      <w:pPr>
        <w:pStyle w:val="Normal"/>
        <w:rPr>
          <w:lang w:val="pl-PL"/>
        </w:rPr>
      </w:pPr>
      <w:r>
        <w:rPr>
          <w:lang w:val="pl-PL"/>
        </w:rPr>
      </w:r>
    </w:p>
    <w:p>
      <w:pPr>
        <w:pStyle w:val="Normal"/>
        <w:rPr>
          <w:lang w:val="pl-PL"/>
        </w:rPr>
      </w:pPr>
      <w:r>
        <w:rPr>
          <w:lang w:val="pl-PL"/>
        </w:rPr>
      </w:r>
    </w:p>
    <w:p>
      <w:pPr>
        <w:pStyle w:val="Normal"/>
        <w:rPr>
          <w:lang w:val="pl-PL"/>
        </w:rPr>
      </w:pPr>
      <w:r>
        <w:rPr>
          <w:lang w:val="pl-PL"/>
        </w:rPr>
      </w:r>
    </w:p>
    <w:p>
      <w:pPr>
        <w:pStyle w:val="Normal"/>
        <w:rPr>
          <w:lang w:val="pl-PL"/>
        </w:rPr>
      </w:pPr>
      <w:r>
        <w:rPr>
          <w:lang w:val="pl-PL"/>
        </w:rPr>
      </w:r>
    </w:p>
    <w:p>
      <w:pPr>
        <w:pStyle w:val="Normal"/>
        <w:rPr>
          <w:lang w:val="pl-PL"/>
        </w:rPr>
      </w:pPr>
      <w:r>
        <w:rPr>
          <w:lang w:val="pl-PL"/>
        </w:rPr>
      </w:r>
    </w:p>
    <w:p>
      <w:pPr>
        <w:pStyle w:val="Normal"/>
        <w:rPr>
          <w:lang w:val="pl-PL"/>
        </w:rPr>
      </w:pPr>
      <w:r>
        <w:rPr>
          <w:lang w:val="pl-PL"/>
        </w:rPr>
      </w:r>
    </w:p>
    <w:p>
      <w:pPr>
        <w:pStyle w:val="Normal"/>
        <w:rPr>
          <w:lang w:val="pl-PL"/>
        </w:rPr>
      </w:pPr>
      <w:r>
        <w:rPr>
          <w:lang w:val="pl-PL"/>
        </w:rPr>
      </w:r>
    </w:p>
    <w:p>
      <w:pPr>
        <w:pStyle w:val="Normal"/>
        <w:rPr>
          <w:lang w:val="pl-PL"/>
        </w:rPr>
      </w:pPr>
      <w:r>
        <w:rPr>
          <w:lang w:val="pl-PL"/>
        </w:rPr>
      </w:r>
    </w:p>
    <w:p>
      <w:pPr>
        <w:pStyle w:val="Normal"/>
        <w:jc w:val="center"/>
        <w:rPr>
          <w:lang w:val="pl-PL"/>
        </w:rPr>
      </w:pPr>
      <w:r>
        <w:rPr>
          <w:lang w:val="pl-PL"/>
        </w:rPr>
        <w:t>ul. Pilotów 15, 80-460 Gdańsk</w:t>
      </w:r>
    </w:p>
    <w:p>
      <w:pPr>
        <w:pStyle w:val="Normal"/>
        <w:jc w:val="center"/>
        <w:rPr>
          <w:lang w:val="pl-PL"/>
        </w:rPr>
      </w:pPr>
      <w:r>
        <w:rPr>
          <w:b/>
          <w:sz w:val="32"/>
          <w:lang w:val="pl-PL"/>
        </w:rPr>
        <w:t>10. OŚWIADCZENIE RODZICA / OPIEKUNA PRAWNEGO</w:t>
      </w:r>
    </w:p>
    <w:p>
      <w:pPr>
        <w:pStyle w:val="Normal"/>
        <w:jc w:val="center"/>
        <w:rPr>
          <w:lang w:val="pl-PL"/>
        </w:rPr>
      </w:pPr>
      <w:r>
        <w:rPr>
          <w:b/>
          <w:lang w:val="pl-PL"/>
        </w:rPr>
        <w:t>W SPRAWIE FOTOGRAFOWANIA I NAGRYWANIA DZIECKA PODCZAS UROCZYSTOŚCI PRZEDSZKOLNYCH PRZEZ INNYCH UCZESTNIKÓW</w:t>
        <w:br/>
        <w:br/>
        <w:t>Rok szkolny 2026/2027</w:t>
      </w:r>
    </w:p>
    <w:p>
      <w:pPr>
        <w:pStyle w:val="Normal"/>
        <w:rPr>
          <w:lang w:val="pl-PL"/>
        </w:rPr>
      </w:pPr>
      <w:r>
        <w:rPr>
          <w:lang w:val="pl-PL"/>
        </w:rPr>
        <w:t>Dane dziecka:</w:t>
      </w:r>
    </w:p>
    <w:p>
      <w:pPr>
        <w:pStyle w:val="Normal"/>
        <w:rPr>
          <w:lang w:val="pl-PL"/>
        </w:rPr>
      </w:pPr>
      <w:r>
        <w:rPr>
          <w:lang w:val="pl-PL"/>
        </w:rPr>
        <w:t>Imię i nazwisko dziecka: ........................................................................................................................</w:t>
      </w:r>
    </w:p>
    <w:p>
      <w:pPr>
        <w:pStyle w:val="Normal"/>
        <w:rPr>
          <w:lang w:val="pl-PL"/>
        </w:rPr>
      </w:pPr>
      <w:r>
        <w:rPr>
          <w:lang w:val="pl-PL"/>
        </w:rPr>
        <w:t>Grupa: .....................................................................................................................................................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OŚWIADCZENIE</w:t>
      </w:r>
    </w:p>
    <w:p>
      <w:pPr>
        <w:pStyle w:val="Normal"/>
        <w:rPr>
          <w:lang w:val="pl-PL"/>
        </w:rPr>
      </w:pPr>
      <w:r>
        <w:rPr>
          <w:lang w:val="pl-PL"/>
        </w:rPr>
        <w:t>Oświadczam, że zostałem/am poinformowany/a, iż podczas uroczystości, przedstawień, występów, spotkań z okazji świąt i innych wydarzeń organizowanych przez Przedszkole nr 63 w Gdańsku mogą być wykonywane przez rodziców, opiekunów prawnych, dziadków, babcie, ciocie, wujków oraz innych zaproszonych gości fotografie oraz nagrania zawierające wizerunek uczestniczących w wydarzeniu dzieci.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☐ WYRAŻAM ZGODĘ</w:t>
      </w:r>
    </w:p>
    <w:p>
      <w:pPr>
        <w:pStyle w:val="Normal"/>
        <w:rPr>
          <w:lang w:val="pl-PL"/>
        </w:rPr>
      </w:pPr>
      <w:r>
        <w:rPr>
          <w:lang w:val="pl-PL"/>
        </w:rPr>
        <w:t>na fotografowanie i nagrywanie mojego dziecka przez innych uczestników uroczystości przedszkolnych oraz na utrwalanie jego wizerunku w związku z udziałem w tych wydarzeniach.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☐ NIE WYRAŻAM ZGODY</w:t>
      </w:r>
    </w:p>
    <w:p>
      <w:pPr>
        <w:pStyle w:val="Normal"/>
        <w:rPr>
          <w:lang w:val="pl-PL"/>
        </w:rPr>
      </w:pPr>
      <w:r>
        <w:rPr>
          <w:lang w:val="pl-PL"/>
        </w:rPr>
        <w:t>na fotografowanie i nagrywanie mojego dziecka przez innych uczestników uroczystości przedszkolnych.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WAŻNE INFORMACJE</w:t>
      </w:r>
    </w:p>
    <w:p>
      <w:pPr>
        <w:pStyle w:val="Normal"/>
        <w:rPr>
          <w:lang w:val="pl-PL"/>
        </w:rPr>
      </w:pPr>
      <w:r>
        <w:rPr>
          <w:lang w:val="pl-PL"/>
        </w:rPr>
        <w:t>1. Niniejsze oświadczenie dotyczy fotografowania i nagrywania przez innych uczestników uroczystości, a nie wykonywania i publikowania materiałów przez Przedszkole nr 63 w Gdańsku.</w:t>
      </w:r>
    </w:p>
    <w:p>
      <w:pPr>
        <w:pStyle w:val="Normal"/>
        <w:rPr>
          <w:lang w:val="pl-PL"/>
        </w:rPr>
      </w:pPr>
      <w:r>
        <w:rPr>
          <w:lang w:val="pl-PL"/>
        </w:rPr>
        <w:t>2. Zgoda nie oznacza upoważnienia do dowolnego wykorzystywania wizerunku dziecka. Osoby wykonujące fotografie lub nagrania powinny respektować prywatność dzieci oraz prawa innych uczestników wydarzenia.</w:t>
      </w:r>
    </w:p>
    <w:p>
      <w:pPr>
        <w:pStyle w:val="Normal"/>
        <w:rPr>
          <w:lang w:val="pl-PL"/>
        </w:rPr>
      </w:pPr>
      <w:r>
        <w:rPr>
          <w:lang w:val="pl-PL"/>
        </w:rPr>
        <w:t>3. W przypadku publikowania fotografii lub nagrań w Internecie, w szczególności w mediach społecznościowych, osoba publikująca materiał ponosi odpowiedzialność za jego zgodność z obowiązującymi przepisami prawa oraz za poszanowanie praw osób przedstawionych na materiale.</w:t>
      </w:r>
    </w:p>
    <w:p>
      <w:pPr>
        <w:pStyle w:val="Normal"/>
        <w:rPr>
          <w:lang w:val="pl-PL"/>
        </w:rPr>
      </w:pPr>
      <w:r>
        <w:rPr>
          <w:lang w:val="pl-PL"/>
        </w:rPr>
        <w:t>4. Przedszkole może wprowadzić ograniczenia dotyczące fotografowania lub nagrywania podczas konkretnych wydarzeń, jeżeli jest to uzasadnione organizacją wydarzenia, bezpieczeństwem dzieci lub ochroną ich prywatności.</w:t>
      </w:r>
    </w:p>
    <w:p>
      <w:pPr>
        <w:pStyle w:val="Normal"/>
        <w:rPr>
          <w:lang w:val="pl-PL"/>
        </w:rPr>
      </w:pPr>
      <w:r>
        <w:rPr>
          <w:lang w:val="pl-PL"/>
        </w:rPr>
        <w:t>5. Niniejsze oświadczenie nie zastępuje zgody na rozpowszechnianie wizerunku dziecka przez Przedszkole. Wykorzystanie wizerunku dziecka przez przedszkole wymaga odrębnej podstawy prawnej lub zgody, jeżeli jest ona wymagana.</w:t>
      </w:r>
    </w:p>
    <w:p>
      <w:pPr>
        <w:pStyle w:val="Normal"/>
        <w:rPr>
          <w:lang w:val="pl-PL"/>
        </w:rPr>
      </w:pPr>
      <w:r>
        <w:rPr>
          <w:lang w:val="pl-PL"/>
        </w:rPr>
        <w:t>6. Rodzic/opiekun prawny może w każdym czasie poinformować przedszkole o zmianie swojego stanowiska w zakresie udziału dziecka w wydarzeniach, podczas których wykonywane są zdjęcia lub nagrania przez innych uczestników.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PODSTAWA PRAWNA</w:t>
      </w:r>
    </w:p>
    <w:p>
      <w:pPr>
        <w:pStyle w:val="Normal"/>
        <w:rPr>
          <w:lang w:val="pl-PL"/>
        </w:rPr>
      </w:pPr>
      <w:r>
        <w:rPr>
          <w:lang w:val="pl-PL"/>
        </w:rPr>
        <w:t>Oświadczenie sporządzono z uwzględnieniem w szczególności:</w:t>
      </w:r>
    </w:p>
    <w:p>
      <w:pPr>
        <w:pStyle w:val="Normal"/>
        <w:rPr>
          <w:lang w:val="pl-PL"/>
        </w:rPr>
      </w:pPr>
      <w:r>
        <w:rPr>
          <w:lang w:val="pl-PL"/>
        </w:rPr>
        <w:t xml:space="preserve">• </w:t>
      </w:r>
      <w:r>
        <w:rPr>
          <w:lang w:val="pl-PL"/>
        </w:rPr>
        <w:t>art. 23 i 24 ustawy z dnia 23 kwietnia 1964 r. – Kodeks cywilny,</w:t>
      </w:r>
    </w:p>
    <w:p>
      <w:pPr>
        <w:pStyle w:val="Normal"/>
        <w:rPr>
          <w:lang w:val="pl-PL"/>
        </w:rPr>
      </w:pPr>
      <w:r>
        <w:rPr>
          <w:lang w:val="pl-PL"/>
        </w:rPr>
        <w:t xml:space="preserve">• </w:t>
      </w:r>
      <w:r>
        <w:rPr>
          <w:lang w:val="pl-PL"/>
        </w:rPr>
        <w:t>art. 81 ustawy z dnia 4 lutego 1994 r. o prawie autorskim i prawach pokrewnych, dotyczącego rozpowszechniania wizerunku,</w:t>
      </w:r>
    </w:p>
    <w:p>
      <w:pPr>
        <w:pStyle w:val="Normal"/>
        <w:rPr>
          <w:lang w:val="pl-PL"/>
        </w:rPr>
      </w:pPr>
      <w:r>
        <w:rPr>
          <w:lang w:val="pl-PL"/>
        </w:rPr>
        <w:t xml:space="preserve">• </w:t>
      </w:r>
      <w:r>
        <w:rPr>
          <w:lang w:val="pl-PL"/>
        </w:rPr>
        <w:t>przepisów Rozporządzenia Parlamentu Europejskiego i Rady (UE) 2016/679 (RODO) – w zakresie, w jakim mają zastosowanie do przetwarzania danych osobowych.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Oświadczam, że zapoznałem/am się z treścią niniejszego dokumentu i świadomie wyrażam / nie wyrażam zgody zgodnie z zaznaczoną powyżej opcją.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Gdańsk, dnia: ....................................................................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................................................................................................</w:t>
        <w:br/>
        <w:t>czytelny podpis rodzica / opiekuna prawnego</w:t>
      </w:r>
    </w:p>
    <w:p>
      <w:pPr>
        <w:pStyle w:val="Normal"/>
        <w:rPr>
          <w:lang w:val="pl-PL"/>
        </w:rPr>
      </w:pPr>
      <w:r>
        <w:rPr>
          <w:lang w:val="pl-PL"/>
        </w:rPr>
        <w:br/>
        <w:t>................................................................................................</w:t>
        <w:br/>
        <w:t>czytelny podpis drugiego rodzica / opiekuna prawnego – jeżeli dotyczy</w:t>
      </w:r>
    </w:p>
    <w:p>
      <w:pPr>
        <w:pStyle w:val="Normal"/>
        <w:spacing w:before="0" w:after="200"/>
        <w:rPr>
          <w:lang w:val="pl-PL"/>
        </w:rPr>
      </w:pPr>
      <w:r>
        <w:rPr>
          <w:lang w:val="pl-PL"/>
        </w:rPr>
      </w:r>
    </w:p>
    <w:sectPr>
      <w:footerReference w:type="even" r:id="rId2"/>
      <w:footerReference w:type="default" r:id="rId3"/>
      <w:footerReference w:type="first" r:id="rId4"/>
      <w:type w:val="nextPage"/>
      <w:pgSz w:w="12240" w:h="15840"/>
      <w:pgMar w:left="1134" w:right="1134" w:gutter="0" w:header="0" w:top="1020" w:footer="720" w:bottom="10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Courier">
    <w:altName w:val="Courier New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lang w:val="pl-PL"/>
      </w:rPr>
    </w:pPr>
    <w:r>
      <w:rPr>
        <w:sz w:val="16"/>
        <w:lang w:val="pl-PL"/>
      </w:rPr>
      <w:t>Przedszkole nr 63 w Gdańsku • rok szkolny 2026/2027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lang w:val="pl-PL"/>
      </w:rPr>
    </w:pPr>
    <w:r>
      <w:rPr>
        <w:sz w:val="16"/>
        <w:lang w:val="pl-PL"/>
      </w:rPr>
      <w:t>Przedszkole nr 63 w Gdańsku • rok szkolny 2026/2027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Arial" w:hAnsi="Arial" w:eastAsia="ＭＳ 明朝" w:cs="" w:cstheme="minorBidi" w:eastAsiaTheme="minorEastAsia"/>
      <w:color w:val="auto"/>
      <w:kern w:val="0"/>
      <w:sz w:val="21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30"/>
      <w:szCs w:val="28"/>
    </w:rPr>
  </w:style>
  <w:style w:type="paragraph" w:styleId="Heading2">
    <w:name w:val="heading 2"/>
    <w:basedOn w:val="Normal"/>
    <w:next w:val="Normal"/>
    <w:link w:val="Nagwek2Znak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4"/>
      <w:szCs w:val="26"/>
    </w:rPr>
  </w:style>
  <w:style w:type="paragraph" w:styleId="Heading3">
    <w:name w:val="heading 3"/>
    <w:basedOn w:val="Normal"/>
    <w:next w:val="Normal"/>
    <w:link w:val="Nagwek3Znak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e618bf"/>
    <w:rPr/>
  </w:style>
  <w:style w:type="character" w:styleId="StopkaZnak" w:customStyle="1">
    <w:name w:val="Stopka Znak"/>
    <w:basedOn w:val="DefaultParagraphFont"/>
    <w:uiPriority w:val="99"/>
    <w:qFormat/>
    <w:rsid w:val="00e618bf"/>
    <w:rPr/>
  </w:style>
  <w:style w:type="character" w:styleId="Nagwek1Znak" w:customStyle="1">
    <w:name w:val="Nagłówek 1 Znak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Nagwek2Znak" w:customStyle="1">
    <w:name w:val="Nagłówek 2 Znak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Nagwek3Znak" w:customStyle="1">
    <w:name w:val="Nagłówek 3 Znak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ytuZnak" w:customStyle="1">
    <w:name w:val="Tytuł Znak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PodtytuZnak" w:customStyle="1">
    <w:name w:val="Podtytuł Znak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TekstpodstawowyZnak" w:customStyle="1">
    <w:name w:val="Tekst podstawowy Znak"/>
    <w:basedOn w:val="DefaultParagraphFont"/>
    <w:uiPriority w:val="99"/>
    <w:qFormat/>
    <w:rsid w:val="00aa1d8d"/>
    <w:rPr/>
  </w:style>
  <w:style w:type="character" w:styleId="Tekstpodstawowy2Znak" w:customStyle="1">
    <w:name w:val="Tekst podstawowy 2 Znak"/>
    <w:basedOn w:val="DefaultParagraphFont"/>
    <w:link w:val="BodyText2"/>
    <w:uiPriority w:val="99"/>
    <w:qFormat/>
    <w:rsid w:val="00aa1d8d"/>
    <w:rPr/>
  </w:style>
  <w:style w:type="character" w:styleId="Tekstpodstawowy3Znak" w:customStyle="1">
    <w:name w:val="Tekst podstawowy 3 Znak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kstmakraZnak" w:customStyle="1">
    <w:name w:val="Tekst makra Znak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CytatZnak" w:customStyle="1">
    <w:name w:val="Cytat Znak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Nagwek4Znak" w:customStyle="1">
    <w:name w:val="Nagłówek 4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Nagwek5Znak" w:customStyle="1">
    <w:name w:val="Nagłówek 5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Nagwek6Znak" w:customStyle="1">
    <w:name w:val="Nagłówek 6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Nagwek7Znak" w:customStyle="1">
    <w:name w:val="Nagłówek 7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Nagwek8Znak" w:customStyle="1">
    <w:name w:val="Nagłówek 8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Nagwek9Znak" w:customStyle="1">
    <w:name w:val="Nagłówek 9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ytuZnak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36"/>
      <w:szCs w:val="52"/>
    </w:rPr>
  </w:style>
  <w:style w:type="paragraph" w:styleId="Subtitle">
    <w:name w:val="Subtitle"/>
    <w:basedOn w:val="Normal"/>
    <w:next w:val="Normal"/>
    <w:link w:val="PodtytuZnak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Tekstpodstawowy2Znak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Tekstpodstawowy3Znak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TekstmakraZnak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ytatZnak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LibreOffice/26.2.5.1$Windows_X86_64 LibreOffice_project/997786b8bfe5fadf793c1218fed3f515ec806f1b</Application>
  <AppVersion>15.0000</AppVersion>
  <Pages>12</Pages>
  <Words>1541</Words>
  <Characters>13881</Characters>
  <CharactersWithSpaces>15334</CharactersWithSpaces>
  <Paragraphs>162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2026-08-31T10:33:00Z</dcterms:created>
  <dc:creator>python-docx</dc:creator>
  <dc:description>generated by python-docx</dc:description>
  <dc:language>pl-PL</dc:language>
  <cp:lastModifiedBy/>
  <cp:lastPrinted>2026-08-31T10:19:00Z</cp:lastPrinted>
  <dcterms:modified xsi:type="dcterms:W3CDTF">2026-09-11T08:10:31Z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